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ערכים ומיומנויות חברתיות-רגשיות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בתחום החברתי-רגשי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ערך לבין מצב יומיומי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יישום ערכים בהתנהגות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ולהרגיש מה מרגיש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היכולת לצמוח גם אחרי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לנסות לווסת ולהירגע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תלמיד חשוב ותורם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להתייחס לאחרים כמו בני אדם, גם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מעורב פועל ועוזר, צופה רק מסתכל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אמפתיה היא להבין ולהרגיש את רגשות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ההגדרה של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קונפליקט הוא חוסר הסכמה או מריבה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יושר הוא לומר אמת ולהתנהג בהגינות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הכרת תודה היא להעריך את מה שיש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שותפות ומעורבות משפרות את האווירה הכיתתית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אמפתיה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הכרת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(אמפתיה)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(פתרון קונפליקטים)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(התמודדות עם שינוי)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שלבים בפתרון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לצד השני בלי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לנסות להבין מה כל צד מרגיש וצריך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יחד פתרון שמתאים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להסכים על הפתרון ולבדוק שהוא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פעולה אמפתית ותוצאה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לשמור על ניקיון, לעזור לחברים, לדווח על בעיות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המושג אמפתיה והיכולת לתת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שמעורבות משמעה פעולה, לא רק 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לבחור ערך ולהסביר את חשיבותו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חלק בדיון קצר על המושג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דוגמאות אישיות מהכיתה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קושי השאלות לפי גיל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ערכים ומיומנויות חברתיות-רגשיות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בשיעורי חינוך לומדים נושאים כמו חברות, כבוד, אחריות, אמפתיה ויושר. דף זה מתרגל את המושגים המרכזיים שמופיעים בשיעורים השונים.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אמפתיה?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ולהרגיש מה מרגיש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חוסן נפשי?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לברוח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לצמוח גם אחרי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נכון להתמודד עם כעס?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לווסת ולהירגע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לשבור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'להיות חלק מהפאזל'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חשוב ותורם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המורה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להיות כמו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התנהגות אחראית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כל מה שרוצים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להתייחס לאחרים כמו בני אדם, גם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להעליב אנשים בלי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מהודעות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צופה מהצד לבין מעורב?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צופה מהצד פועל, מעורב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מעורב פועל ועוזר, צופה רק מסתכל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לא עושים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אמפתיה פירושה להתעלם מרגשות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הוא היכולת להתאושש מקושי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מריבה בין חברים נקראת קונפליקט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יושר אומר לשקר כדי להגן על עצמך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תודה היא להתמקד רק במה שחסר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מעורבות בכיתה חשובה כדי שהכיתה תהיה מקום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היכולת להבין מה מרגיש מישהו אחר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להתמודד עם קושי ולצמוח ממנו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מריבה בין שני חברים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לומר אמת ולהתנהג בהגינות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להעריך דברים טובים ולומר תודה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לדאוג למשימות ולהתנהגות שלנו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ערך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רואה ילד בוכה לבד ומתיישב לידו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 קונפליקטים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 מודה למורה על עזרה שקיבל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 חברים רבים ומוצאים פתרון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התמודדות עם שינוי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תלמיד מדווח על בעיה בכיתה במקום להתעלם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אמפתיה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 נעזב מהכיתה הישנה ומתחיל בית ספר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הכרת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שלבים בפתרון 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יחד פתרון שמתאים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להסכים על הפתרון ולבדוק שהוא עובד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לצד השני בלי להפריע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להבין מה כל צד מרגיש וצריך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מצב בכיתה שבו הפגנתם אמפתיה כלפי חבר. מה עשיתם ואיך זה עזר?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דרכים שבהן אפשר להראות אחריות כלפי 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אמפתיה?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צופה מהצד למעורב?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שלמדתם עליו היום ולמה הוא חשוב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ערכים ומיומנויות חברתיות-רגשיות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